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640"/>
        <w:jc w:val="left"/>
      </w:pPr>
      <w:r>
        <w:rPr>
          <w:rFonts w:ascii="Arial" w:hAnsi="Arial" w:cs="Arial" w:eastAsia="Arial"/>
          <w:b/>
          <w:sz w:val="56"/>
        </w:rPr>
        <w:t>Job application</w:t>
      </w:r>
      <w:r>
        <w:rPr>
          <w:rFonts w:ascii="Arial" w:hAnsi="Arial" w:cs="Arial" w:eastAsia="Arial"/>
          <w:b w:val="0"/>
          <w:sz w:val="19"/>
        </w:rPr>
        <w:tab/>
        <w:t>Date ______________</w:t>
      </w:r>
    </w:p>
    <w:p>
      <w:pPr>
        <w:tabs>
          <w:tab w:pos="10080" w:val="right"/>
        </w:tabs>
        <w:spacing w:before="0" w:after="0" w:lineRule="exact" w:line="300"/>
        <w:jc w:val="left"/>
      </w:pPr>
      <w:r>
        <w:rPr>
          <w:rFonts w:ascii="Arial" w:hAnsi="Arial" w:cs="Arial" w:eastAsia="Arial"/>
          <w:b w:val="0"/>
          <w:sz w:val="24"/>
        </w:rPr>
        <w:t>Fax cover sheet</w:t>
      </w:r>
      <w:r>
        <w:rPr>
          <w:rFonts w:ascii="Arial" w:hAnsi="Arial" w:cs="Arial" w:eastAsia="Arial"/>
          <w:b w:val="0"/>
          <w:sz w:val="19"/>
        </w:rPr>
        <w:tab/>
        <w:t>Pages (with cover) ______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80" w:hRule="exact"/>
        </w:trPr>
        <w:tc>
          <w:tcPr>
            <w:tcW w:type="dxa" w:w="10080"/>
            <w:tcBorders>
              <w:top w:val="single" w:sz="10" w:space="0" w:color="000000"/>
              <w:left w:val="single" w:sz="36" w:space="0" w:color="000000"/>
              <w:right w:val="single" w:sz="10" w:space="0" w:color="000000"/>
            </w:tcBorders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Position applied for                                                                     Job ID</w:t>
            </w:r>
          </w:p>
          <w:p>
            <w:pPr>
              <w:spacing w:before="0" w:after="0" w:lineRule="exact" w:line="360"/>
              <w:jc w:val="left"/>
              <w:pBdr>
                <w:bottom w:val="single" w:sz="6" w:space="0" w:color="000000"/>
              </w:pBdr>
            </w:pPr>
          </w:p>
        </w:tc>
      </w:tr>
      <w:tr>
        <w:trPr>
          <w:trHeight w:val="600" w:hRule="exact"/>
        </w:trPr>
        <w:tc>
          <w:tcPr>
            <w:tcW w:type="dxa" w:w="10080"/>
            <w:tcBorders>
              <w:bottom w:val="single" w:sz="10" w:space="0" w:color="000000"/>
              <w:left w:val="single" w:sz="36" w:space="0" w:color="000000"/>
              <w:right w:val="single" w:sz="10" w:space="0" w:color="000000"/>
            </w:tcBorders>
            <w:vAlign w:val="center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 xml:space="preserve">Attached:   </w:t>
            </w:r>
            <w:r>
              <w:rPr>
                <w:rFonts w:ascii="Arial" w:hAnsi="Arial" w:cs="Arial" w:eastAsia="Arial"/>
                <w:b w:val="0"/>
                <w:sz w:val="21"/>
              </w:rPr>
              <w:t>☐ Resume</w:t>
            </w:r>
            <w:r>
              <w:rPr>
                <w:rFonts w:ascii="Arial" w:hAnsi="Arial" w:cs="Arial" w:eastAsia="Arial"/>
                <w:b w:val="0"/>
                <w:sz w:val="21"/>
              </w:rPr>
              <w:t xml:space="preserve">        ☐ Cover letter</w:t>
            </w:r>
            <w:r>
              <w:rPr>
                <w:rFonts w:ascii="Arial" w:hAnsi="Arial" w:cs="Arial" w:eastAsia="Arial"/>
                <w:b w:val="0"/>
                <w:sz w:val="21"/>
              </w:rPr>
              <w:t xml:space="preserve">        ☐ References</w:t>
            </w: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0"/>
        <w:gridCol w:w="3620"/>
        <w:gridCol w:w="360"/>
        <w:gridCol w:w="1240"/>
        <w:gridCol w:w="3620"/>
      </w:tblGrid>
      <w:tr>
        <w:trPr>
          <w:trHeight w:val="440" w:hRule="exact"/>
        </w:trPr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 (APPLICANT)</w:t>
            </w:r>
          </w:p>
        </w:tc>
      </w:tr>
      <w:tr>
        <w:trPr>
          <w:trHeight w:val="520" w:hRule="exact"/>
        </w:trPr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Email</w:t>
            </w:r>
          </w:p>
        </w:tc>
        <w:tc>
          <w:tcPr>
            <w:tcW w:type="dxa" w:w="36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4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0"/>
        <w:gridCol w:w="8840"/>
      </w:tblGrid>
      <w:tr>
        <w:trPr>
          <w:trHeight w:val="520" w:hRule="exact"/>
        </w:trPr>
        <w:tc>
          <w:tcPr>
            <w:tcW w:type="dxa" w:w="12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</w:tc>
        <w:tc>
          <w:tcPr>
            <w:tcW w:type="dxa" w:w="88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20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   ☐ For review</w:t>
      </w:r>
      <w:r>
        <w:rPr>
          <w:rFonts w:ascii="Arial" w:hAnsi="Arial" w:cs="Arial" w:eastAsia="Arial"/>
          <w:b w:val="0"/>
          <w:sz w:val="20"/>
        </w:rPr>
        <w:t xml:space="preserve">        ☐ Please reply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Message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Job application (free template)</dc:title>
  <dc:subject>Free printable fax cover sheet, Job application design, US Letter. The position and job ID up top, boxes for resume, cover letter and references, and your contact details.</dc:subject>
  <dc:creator>FaxFair</dc:creator>
  <cp:keywords>fax cover sheet, free fax cover sheet, fax cover sheet template, job application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