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080" w:val="right"/>
        </w:tabs>
        <w:spacing w:before="0" w:after="0" w:lineRule="exact" w:line="880"/>
        <w:jc w:val="left"/>
      </w:pPr>
      <w:r>
        <w:rPr>
          <w:rFonts w:ascii="Arial" w:hAnsi="Arial" w:cs="Arial" w:eastAsia="Arial"/>
          <w:b/>
          <w:sz w:val="80"/>
        </w:rPr>
        <w:t>FAX</w:t>
      </w:r>
      <w:r>
        <w:rPr>
          <w:rFonts w:ascii="Arial" w:hAnsi="Arial" w:cs="Arial" w:eastAsia="Arial"/>
          <w:b w:val="0"/>
          <w:sz w:val="19"/>
        </w:rPr>
        <w:tab/>
        <w:t>Date ______________</w:t>
      </w:r>
    </w:p>
    <w:p>
      <w:pPr>
        <w:tabs>
          <w:tab w:pos="10080" w:val="right"/>
        </w:tabs>
        <w:spacing w:before="0" w:after="0" w:lineRule="exact" w:line="300"/>
        <w:jc w:val="left"/>
      </w:pPr>
      <w:r>
        <w:rPr>
          <w:rFonts w:ascii="Arial" w:hAnsi="Arial" w:cs="Arial" w:eastAsia="Arial"/>
          <w:b w:val="0"/>
          <w:sz w:val="24"/>
        </w:rPr>
        <w:t>Tax documents</w:t>
      </w:r>
      <w:r>
        <w:rPr>
          <w:rFonts w:ascii="Arial" w:hAnsi="Arial" w:cs="Arial" w:eastAsia="Arial"/>
          <w:b w:val="0"/>
          <w:sz w:val="19"/>
        </w:rPr>
        <w:tab/>
        <w:t>Pages (with cover) ______</w:t>
      </w:r>
    </w:p>
    <w:p>
      <w:pPr>
        <w:spacing w:before="0" w:after="240" w:lineRule="exact" w:line="80"/>
        <w:jc w:val="left"/>
        <w:pBdr>
          <w:bottom w:val="single" w:sz="16" w:space="0" w:color="000000"/>
        </w:pBdr>
      </w:pPr>
    </w:p>
    <w:p>
      <w:pPr>
        <w:tabs>
          <w:tab w:pos="10080" w:val="right"/>
        </w:tabs>
        <w:spacing w:before="0" w:after="40" w:lineRule="exact" w:line="216"/>
        <w:jc w:val="left"/>
      </w:pPr>
      <w:r>
        <w:rPr>
          <w:rFonts w:ascii="Arial" w:hAnsi="Arial" w:cs="Arial" w:eastAsia="Arial"/>
          <w:b/>
          <w:sz w:val="18"/>
        </w:rPr>
        <w:t>TAX MATTER</w:t>
      </w:r>
      <w:r>
        <w:rPr>
          <w:rFonts w:ascii="Arial" w:hAnsi="Arial" w:cs="Arial" w:eastAsia="Arial"/>
          <w:b w:val="0"/>
          <w:sz w:val="17"/>
        </w:rPr>
        <w:tab/>
        <w:t>Do not write an SSN or EIN on this sheet.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24"/>
        <w:gridCol w:w="3024"/>
        <w:gridCol w:w="4032"/>
      </w:tblGrid>
      <w:tr>
        <w:trPr>
          <w:trHeight w:val="840" w:hRule="exact"/>
        </w:trPr>
        <w:tc>
          <w:tcPr>
            <w:tcW w:type="dxa" w:w="6048"/>
            <w:gridSpan w:val="2"/>
            <w:vAlign w:val="top"/>
            <w:tcBorders>
              <w:top w:val="single" w:sz="10" w:space="0" w:color="000000"/>
              <w:bottom w:val="single" w:sz="6" w:space="0" w:color="000000"/>
              <w:left w:val="single" w:sz="10" w:space="0" w:color="000000"/>
              <w:right w:val="single" w:sz="6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Taxpayer name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4032"/>
            <w:vAlign w:val="top"/>
            <w:tcBorders>
              <w:top w:val="single" w:sz="10" w:space="0" w:color="000000"/>
              <w:bottom w:val="single" w:sz="6" w:space="0" w:color="000000"/>
              <w:left w:val="single" w:sz="6" w:space="0" w:color="000000"/>
              <w:right w:val="single" w:sz="10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IRS office or unit</w:t>
            </w:r>
          </w:p>
          <w:p>
            <w:pPr>
              <w:spacing w:before="0" w:after="0" w:lineRule="exact" w:line="300"/>
              <w:jc w:val="left"/>
            </w:pPr>
          </w:p>
        </w:tc>
      </w:tr>
      <w:tr>
        <w:trPr>
          <w:trHeight w:val="840" w:hRule="exact"/>
        </w:trPr>
        <w:tc>
          <w:tcPr>
            <w:tcW w:type="dxa" w:w="3024"/>
            <w:vAlign w:val="top"/>
            <w:tcBorders>
              <w:top w:val="single" w:sz="6" w:space="0" w:color="000000"/>
              <w:bottom w:val="single" w:sz="10" w:space="0" w:color="000000"/>
              <w:left w:val="single" w:sz="10" w:space="0" w:color="000000"/>
              <w:right w:val="single" w:sz="6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Form number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3024"/>
            <w:vAlign w:val="top"/>
            <w:tcBorders>
              <w:top w:val="single" w:sz="6" w:space="0" w:color="000000"/>
              <w:bottom w:val="single" w:sz="10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Tax year or period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4032"/>
            <w:vAlign w:val="top"/>
            <w:tcBorders>
              <w:top w:val="single" w:sz="6" w:space="0" w:color="000000"/>
              <w:bottom w:val="single" w:sz="10" w:space="0" w:color="000000"/>
              <w:left w:val="single" w:sz="6" w:space="0" w:color="000000"/>
              <w:right w:val="single" w:sz="10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IRS notice or letter no.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p>
      <w:pPr>
        <w:spacing w:before="0" w:after="0" w:lineRule="exact" w:line="20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40"/>
        <w:gridCol w:w="3820"/>
        <w:gridCol w:w="360"/>
        <w:gridCol w:w="1040"/>
        <w:gridCol w:w="3820"/>
      </w:tblGrid>
      <w:tr>
        <w:trPr>
          <w:trHeight w:val="440" w:hRule="exact"/>
        </w:trPr>
        <w:tc>
          <w:tcPr>
            <w:tcW w:type="dxa" w:w="4860"/>
            <w:gridSpan w:val="2"/>
            <w:tcBorders>
              <w:bottom w:val="single" w:sz="10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TO</w:t>
            </w:r>
          </w:p>
        </w:tc>
        <w:tc>
          <w:tcPr>
            <w:tcW w:type="dxa" w:w="360"/>
          </w:tcPr>
          <w:p/>
        </w:tc>
        <w:tc>
          <w:tcPr>
            <w:tcW w:type="dxa" w:w="4860"/>
            <w:gridSpan w:val="2"/>
            <w:tcBorders>
              <w:bottom w:val="single" w:sz="10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FROM</w:t>
            </w:r>
          </w:p>
        </w:tc>
      </w:tr>
      <w:tr>
        <w:trPr>
          <w:trHeight w:val="520" w:hRule="exact"/>
        </w:trPr>
        <w:tc>
          <w:tcPr>
            <w:tcW w:type="dxa" w:w="104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Name</w:t>
            </w:r>
          </w:p>
        </w:tc>
        <w:tc>
          <w:tcPr>
            <w:tcW w:type="dxa" w:w="38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104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Name</w:t>
            </w:r>
          </w:p>
        </w:tc>
        <w:tc>
          <w:tcPr>
            <w:tcW w:type="dxa" w:w="38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4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Agency</w:t>
            </w:r>
          </w:p>
        </w:tc>
        <w:tc>
          <w:tcPr>
            <w:tcW w:type="dxa" w:w="38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104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Phone</w:t>
            </w:r>
          </w:p>
        </w:tc>
        <w:tc>
          <w:tcPr>
            <w:tcW w:type="dxa" w:w="38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4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Fax</w:t>
            </w:r>
          </w:p>
        </w:tc>
        <w:tc>
          <w:tcPr>
            <w:tcW w:type="dxa" w:w="38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104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Email</w:t>
            </w:r>
          </w:p>
        </w:tc>
        <w:tc>
          <w:tcPr>
            <w:tcW w:type="dxa" w:w="38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p>
      <w:pPr>
        <w:spacing w:before="0" w:after="0" w:lineRule="exact" w:line="28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20"/>
        <w:gridCol w:w="8960"/>
      </w:tblGrid>
      <w:tr>
        <w:trPr>
          <w:trHeight w:val="520" w:hRule="exact"/>
        </w:trPr>
        <w:tc>
          <w:tcPr>
            <w:tcW w:type="dxa" w:w="112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Subject</w:t>
            </w:r>
          </w:p>
        </w:tc>
        <w:tc>
          <w:tcPr>
            <w:tcW w:type="dxa" w:w="89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</w:tbl>
    <w:p>
      <w:pPr>
        <w:spacing w:before="200" w:after="120" w:lineRule="exact" w:line="320"/>
        <w:jc w:val="left"/>
      </w:pPr>
      <w:r>
        <w:rPr>
          <w:rFonts w:ascii="Arial" w:hAnsi="Arial" w:cs="Arial" w:eastAsia="Arial"/>
          <w:b w:val="0"/>
          <w:sz w:val="20"/>
        </w:rPr>
        <w:t>☐ Urgent</w:t>
      </w:r>
      <w:r>
        <w:rPr>
          <w:rFonts w:ascii="Arial" w:hAnsi="Arial" w:cs="Arial" w:eastAsia="Arial"/>
          <w:b w:val="0"/>
          <w:sz w:val="20"/>
        </w:rPr>
        <w:t xml:space="preserve">     ☐ For review</w:t>
      </w:r>
      <w:r>
        <w:rPr>
          <w:rFonts w:ascii="Arial" w:hAnsi="Arial" w:cs="Arial" w:eastAsia="Arial"/>
          <w:b w:val="0"/>
          <w:sz w:val="20"/>
        </w:rPr>
        <w:t xml:space="preserve">     ☐ Please comment</w:t>
      </w:r>
      <w:r>
        <w:rPr>
          <w:rFonts w:ascii="Arial" w:hAnsi="Arial" w:cs="Arial" w:eastAsia="Arial"/>
          <w:b w:val="0"/>
          <w:sz w:val="20"/>
        </w:rPr>
        <w:t xml:space="preserve">     ☐ Please reply</w:t>
      </w:r>
      <w:r>
        <w:rPr>
          <w:rFonts w:ascii="Arial" w:hAnsi="Arial" w:cs="Arial" w:eastAsia="Arial"/>
          <w:b w:val="0"/>
          <w:sz w:val="20"/>
        </w:rPr>
        <w:t xml:space="preserve">     ☐ Please recycle</w:t>
      </w:r>
    </w:p>
    <w:p>
      <w:pPr>
        <w:spacing w:before="80" w:after="40" w:lineRule="exact" w:line="216"/>
        <w:jc w:val="left"/>
      </w:pPr>
      <w:r>
        <w:rPr>
          <w:rFonts w:ascii="Arial" w:hAnsi="Arial" w:cs="Arial" w:eastAsia="Arial"/>
          <w:b/>
          <w:sz w:val="18"/>
        </w:rPr>
        <w:t>Comments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sectPr w:rsidR="00FC693F" w:rsidRPr="0006063C" w:rsidSect="00034616">
      <w:footerReference w:type="default" r:id="rId9"/>
      <w:pgSz w:w="12240" w:h="15840"/>
      <w:pgMar w:top="1080" w:right="1080" w:bottom="1080" w:left="108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204"/>
      <w:jc w:val="center"/>
    </w:pPr>
    <w:r/>
    <w:r>
      <w:rPr>
        <w:rFonts w:ascii="Arial" w:hAnsi="Arial" w:cs="Arial" w:eastAsia="Arial"/>
        <w:b w:val="0"/>
        <w:sz w:val="17"/>
      </w:rPr>
      <w:t>Free template from faxfair.com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 sheet: Tax (free template)</dc:title>
  <dc:subject>Free printable fax cover sheet, Tax design, US Letter. A tax matter block with taxpayer name, form number, tax year or period, IRS notice number and office, and no SSN or EIN field.</dc:subject>
  <dc:creator>FaxFair</dc:creator>
  <cp:keywords>fax cover sheet, free fax cover sheet, fax cover sheet template, tax fax cover sheet, Word</cp:keywords>
  <dc:description>Free template from faxfair.com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