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560"/>
        <w:jc w:val="left"/>
      </w:pPr>
      <w:r>
        <w:rPr>
          <w:rFonts w:ascii="Courier New" w:hAnsi="Courier New" w:cs="Courier New" w:eastAsia="Courier New"/>
          <w:b/>
          <w:sz w:val="44"/>
        </w:rPr>
        <w:t>FAX TRANSMITTAL</w:t>
      </w:r>
      <w:r>
        <w:rPr>
          <w:rFonts w:ascii="Courier New" w:hAnsi="Courier New" w:cs="Courier New" w:eastAsia="Courier New"/>
          <w:b w:val="0"/>
          <w:sz w:val="22"/>
        </w:rPr>
        <w:tab/>
        <w:t>PAGE 1 OF ____</w:t>
      </w:r>
    </w:p>
    <w:p>
      <w:pPr>
        <w:spacing w:before="0" w:after="160" w:lineRule="exact" w:line="320"/>
        <w:jc w:val="left"/>
      </w:pPr>
      <w:r>
        <w:rPr>
          <w:rFonts w:ascii="Courier New" w:hAnsi="Courier New" w:cs="Courier New" w:eastAsia="Courier New"/>
          <w:b w:val="0"/>
          <w:sz w:val="22"/>
        </w:rPr>
        <w:t>======================================================================</w:t>
      </w:r>
    </w:p>
    <w:p>
      <w:pPr>
        <w:spacing w:before="120" w:after="40" w:lineRule="exact" w:line="264"/>
        <w:jc w:val="left"/>
      </w:pPr>
      <w:r>
        <w:rPr>
          <w:rFonts w:ascii="Courier New" w:hAnsi="Courier New" w:cs="Courier New" w:eastAsia="Courier New"/>
          <w:b/>
          <w:sz w:val="22"/>
        </w:rPr>
        <w:t>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NAME: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COMPANY: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FAX NO.: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PHONE NO.: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120" w:after="40" w:lineRule="exact" w:line="264"/>
        <w:jc w:val="left"/>
      </w:pPr>
      <w:r>
        <w:rPr>
          <w:rFonts w:ascii="Courier New" w:hAnsi="Courier New" w:cs="Courier New" w:eastAsia="Courier New"/>
          <w:b/>
          <w:sz w:val="22"/>
        </w:rPr>
        <w:t>FROM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NAME: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COMPANY: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FAX NO.: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PHONE NO.: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16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DATE: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00"/>
        <w:gridCol w:w="8080"/>
      </w:tblGrid>
      <w:tr>
        <w:trPr>
          <w:trHeight w:val="440" w:hRule="exact"/>
        </w:trPr>
        <w:tc>
          <w:tcPr>
            <w:tcW w:type="dxa" w:w="2000"/>
            <w:vAlign w:val="bottom"/>
          </w:tcPr>
          <w:p>
            <w:pPr>
              <w:spacing w:before="0" w:after="0" w:lineRule="exact" w:line="264"/>
              <w:jc w:val="left"/>
            </w:pPr>
            <w:r>
              <w:rPr>
                <w:rFonts w:ascii="Courier New" w:hAnsi="Courier New" w:cs="Courier New" w:eastAsia="Courier New"/>
                <w:b w:val="0"/>
                <w:sz w:val="22"/>
              </w:rPr>
              <w:t>RE:</w:t>
            </w:r>
          </w:p>
        </w:tc>
        <w:tc>
          <w:tcPr>
            <w:tcW w:type="dxa" w:w="8080"/>
            <w:vAlign w:val="bottom"/>
            <w:tcBorders>
              <w:bottom w:val="dotted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240" w:after="0" w:lineRule="exact" w:line="320"/>
        <w:jc w:val="left"/>
      </w:pPr>
      <w:r>
        <w:rPr>
          <w:rFonts w:ascii="Courier New" w:hAnsi="Courier New" w:cs="Courier New" w:eastAsia="Courier New"/>
          <w:b w:val="0"/>
          <w:sz w:val="21"/>
        </w:rPr>
        <w:t>[ ] URGENT</w:t>
      </w:r>
      <w:r>
        <w:rPr>
          <w:rFonts w:ascii="Courier New" w:hAnsi="Courier New" w:cs="Courier New" w:eastAsia="Courier New"/>
          <w:b w:val="0"/>
          <w:sz w:val="21"/>
        </w:rPr>
        <w:t xml:space="preserve">     [ ] FOR REVIEW</w:t>
      </w:r>
      <w:r>
        <w:rPr>
          <w:rFonts w:ascii="Courier New" w:hAnsi="Courier New" w:cs="Courier New" w:eastAsia="Courier New"/>
          <w:b w:val="0"/>
          <w:sz w:val="21"/>
        </w:rPr>
        <w:t xml:space="preserve">     [ ] PLEASE COMMENT</w:t>
      </w:r>
    </w:p>
    <w:p>
      <w:pPr>
        <w:spacing w:before="40" w:after="0" w:lineRule="exact" w:line="320"/>
        <w:jc w:val="left"/>
      </w:pPr>
      <w:r>
        <w:rPr>
          <w:rFonts w:ascii="Courier New" w:hAnsi="Courier New" w:cs="Courier New" w:eastAsia="Courier New"/>
          <w:b w:val="0"/>
          <w:sz w:val="21"/>
        </w:rPr>
        <w:t>[ ] PLEASE REPLY</w:t>
      </w:r>
      <w:r>
        <w:rPr>
          <w:rFonts w:ascii="Courier New" w:hAnsi="Courier New" w:cs="Courier New" w:eastAsia="Courier New"/>
          <w:b w:val="0"/>
          <w:sz w:val="21"/>
        </w:rPr>
        <w:t xml:space="preserve">     [ ] PLEASE RECYCLE</w:t>
      </w:r>
    </w:p>
    <w:p>
      <w:pPr>
        <w:spacing w:before="120" w:after="0" w:lineRule="exact" w:line="320"/>
        <w:jc w:val="left"/>
      </w:pPr>
      <w:r>
        <w:rPr>
          <w:rFonts w:ascii="Courier New" w:hAnsi="Courier New" w:cs="Courier New" w:eastAsia="Courier New"/>
          <w:b w:val="0"/>
          <w:sz w:val="22"/>
        </w:rPr>
        <w:t>----------------------------------------------------------------------</w:t>
      </w:r>
    </w:p>
    <w:p>
      <w:pPr>
        <w:spacing w:before="80" w:after="40" w:lineRule="exact" w:line="264"/>
        <w:jc w:val="left"/>
      </w:pPr>
      <w:r>
        <w:rPr>
          <w:rFonts w:ascii="Courier New" w:hAnsi="Courier New" w:cs="Courier New" w:eastAsia="Courier New"/>
          <w:b/>
          <w:sz w:val="22"/>
        </w:rPr>
        <w:t>MESSAGE: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ourier New" w:hAnsi="Courier New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Typewriter (free template)</dc:title>
  <dc:subject>Free printable fax cover sheet, Typewriter design, US Letter. An all-Courier FAX TRANSMITTAL with dotted lines and [ ] boxes, like a typed office form.</dc:subject>
  <dc:creator>FaxFair</dc:creator>
  <cp:keywords>fax cover sheet, free fax cover sheet, fax cover sheet template, typewriter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